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6E8F" w14:textId="36C1979D" w:rsidR="00154F37" w:rsidRPr="00FF6520" w:rsidRDefault="00FF6520" w:rsidP="00FF6520">
      <w:pPr>
        <w:pStyle w:val="NormaleWeb"/>
        <w:spacing w:before="0" w:after="198" w:line="240" w:lineRule="auto"/>
        <w:jc w:val="right"/>
        <w:rPr>
          <w:rFonts w:ascii="Arial" w:hAnsi="Arial" w:cs="Arial"/>
          <w:bCs/>
          <w:sz w:val="18"/>
          <w:szCs w:val="18"/>
        </w:rPr>
      </w:pPr>
      <w:r w:rsidRPr="00164C71">
        <w:rPr>
          <w:rFonts w:ascii="Arial" w:hAnsi="Arial" w:cs="Arial"/>
          <w:bCs/>
          <w:sz w:val="18"/>
          <w:szCs w:val="18"/>
        </w:rPr>
        <w:t>Allegato B)</w:t>
      </w:r>
    </w:p>
    <w:p w14:paraId="0F5A68E8" w14:textId="1A773C2A" w:rsidR="00FF6520" w:rsidRDefault="00FF6520" w:rsidP="00FF6520">
      <w:pPr>
        <w:spacing w:after="240"/>
        <w:ind w:left="5760"/>
      </w:pPr>
      <w:r>
        <w:rPr>
          <w:b/>
        </w:rPr>
        <w:t>AL COMUNE DI BREDA DI PIAVE</w:t>
      </w:r>
      <w:r>
        <w:rPr>
          <w:b/>
        </w:rPr>
        <w:br/>
        <w:t>Ufficio Servizi Sociali</w:t>
      </w:r>
    </w:p>
    <w:p w14:paraId="01A86CB3" w14:textId="34D95626" w:rsidR="00154F37" w:rsidRPr="00FF6520" w:rsidRDefault="00FF6520" w:rsidP="00FF6520">
      <w:pPr>
        <w:spacing w:after="240"/>
        <w:jc w:val="both"/>
        <w:rPr>
          <w:sz w:val="22"/>
        </w:rPr>
      </w:pPr>
      <w:r w:rsidRPr="00FF6520">
        <w:rPr>
          <w:b/>
          <w:sz w:val="22"/>
        </w:rPr>
        <w:t xml:space="preserve">OGGETTO: </w:t>
      </w:r>
      <w:r w:rsidR="00000000" w:rsidRPr="00FF6520">
        <w:rPr>
          <w:b/>
          <w:sz w:val="22"/>
        </w:rPr>
        <w:t>MODULO DI DOMANDA PER L'ACCESSO AI CONTRIBUTI ECONOMICI DIRETTI</w:t>
      </w:r>
      <w:r w:rsidR="00000000" w:rsidRPr="00FF6520">
        <w:rPr>
          <w:b/>
          <w:sz w:val="22"/>
        </w:rPr>
        <w:br/>
        <w:t>FREQUENZA SERVIZI EDUCATIVI PRIMA INFANZIA (0-3 ANNI) - ANNO SCOLASTICO 2025/2026</w:t>
      </w:r>
      <w:r>
        <w:rPr>
          <w:b/>
          <w:sz w:val="22"/>
        </w:rPr>
        <w:t xml:space="preserve"> </w:t>
      </w:r>
      <w:r w:rsidR="00000000" w:rsidRPr="00FF6520">
        <w:rPr>
          <w:b/>
          <w:sz w:val="22"/>
        </w:rPr>
        <w:t>(</w:t>
      </w:r>
      <w:r w:rsidR="004C43EC" w:rsidRPr="004C43EC">
        <w:rPr>
          <w:b/>
          <w:sz w:val="22"/>
        </w:rPr>
        <w:t>Deliberazione di G.C. n. ___/2026)</w:t>
      </w:r>
    </w:p>
    <w:p w14:paraId="0C7301E8" w14:textId="77777777" w:rsidR="00154F37" w:rsidRDefault="00000000">
      <w:r>
        <w:rPr>
          <w:b/>
        </w:rPr>
        <w:t>Il/La sottoscritto/a (Genitore o tutore legale):</w:t>
      </w:r>
    </w:p>
    <w:p w14:paraId="331CD4DF" w14:textId="128EE3DA" w:rsidR="00154F37" w:rsidRDefault="00000000">
      <w:pPr>
        <w:ind w:left="288"/>
      </w:pPr>
      <w:r>
        <w:t>Cognome:_______________________________Nome:___________________________________</w:t>
      </w:r>
    </w:p>
    <w:p w14:paraId="741F37F4" w14:textId="77777777" w:rsidR="00154F37" w:rsidRDefault="00000000">
      <w:pPr>
        <w:ind w:left="288"/>
      </w:pPr>
      <w:r>
        <w:t>Nato/a a: _________________________________ (____) il: ____/____/_______</w:t>
      </w:r>
    </w:p>
    <w:p w14:paraId="6CB27207" w14:textId="77777777" w:rsidR="00154F37" w:rsidRDefault="00000000">
      <w:pPr>
        <w:ind w:left="288"/>
      </w:pPr>
      <w:r>
        <w:t>Codice Fiscale: _______________________________________________________________________</w:t>
      </w:r>
    </w:p>
    <w:p w14:paraId="14CD6BCF" w14:textId="70AF6328" w:rsidR="00154F37" w:rsidRDefault="00000000">
      <w:pPr>
        <w:ind w:left="288"/>
      </w:pPr>
      <w:r>
        <w:t>Residente a: BREDA DI PIAVE (TV) in Via/Piazza: _______________________________N. _____</w:t>
      </w:r>
    </w:p>
    <w:p w14:paraId="5BD5B516" w14:textId="77777777" w:rsidR="00FF6520" w:rsidRDefault="00000000">
      <w:pPr>
        <w:ind w:left="288"/>
      </w:pPr>
      <w:r>
        <w:t>Tel./Cell.: _______________________________</w:t>
      </w:r>
    </w:p>
    <w:p w14:paraId="27ADA204" w14:textId="111132C7" w:rsidR="00154F37" w:rsidRDefault="00000000">
      <w:pPr>
        <w:ind w:left="288"/>
      </w:pPr>
      <w:r>
        <w:t>E-mail: ____________________________________</w:t>
      </w:r>
    </w:p>
    <w:p w14:paraId="2323719F" w14:textId="77777777" w:rsidR="00154F37" w:rsidRDefault="00000000">
      <w:pPr>
        <w:spacing w:before="240"/>
      </w:pPr>
      <w:r>
        <w:rPr>
          <w:i/>
        </w:rPr>
        <w:t>CONSAPEVOLE delle sanzioni penali previste dall'art. 76 del D.P.R. 28 dicembre 2000, n. 445 per le ipotesi di falsità in atti e dichiarazioni mendaci,</w:t>
      </w:r>
    </w:p>
    <w:p w14:paraId="21CA95F7" w14:textId="77777777" w:rsidR="00154F37" w:rsidRDefault="00000000">
      <w:pPr>
        <w:spacing w:before="120" w:after="120"/>
        <w:jc w:val="center"/>
      </w:pPr>
      <w:r>
        <w:rPr>
          <w:b/>
        </w:rPr>
        <w:t>DICHIARA SOTTO LA PROPRIA RESPONSABILITÀ</w:t>
      </w:r>
    </w:p>
    <w:p w14:paraId="73E7D6DB" w14:textId="2A31A401" w:rsidR="00154F37" w:rsidRDefault="00000000" w:rsidP="004C43EC">
      <w:pPr>
        <w:pStyle w:val="Paragrafoelenco"/>
        <w:numPr>
          <w:ilvl w:val="0"/>
          <w:numId w:val="11"/>
        </w:numPr>
        <w:spacing w:after="120"/>
      </w:pPr>
      <w:r>
        <w:t>di essere residente, unitamente al minore, nel Comune di Breda di Piave alla data di presentazione della presente domanda;</w:t>
      </w:r>
    </w:p>
    <w:p w14:paraId="202A7D42" w14:textId="4D6D8464" w:rsidR="00154F37" w:rsidRDefault="00000000" w:rsidP="004C43EC">
      <w:pPr>
        <w:pStyle w:val="Paragrafoelenco"/>
        <w:numPr>
          <w:ilvl w:val="0"/>
          <w:numId w:val="11"/>
        </w:numPr>
        <w:spacing w:after="120"/>
      </w:pPr>
      <w:r>
        <w:t>che il proprio nucleo familiare è in possesso di un'attestazione ISEE minorenni</w:t>
      </w:r>
      <w:r w:rsidR="004C43EC">
        <w:t xml:space="preserve"> </w:t>
      </w:r>
      <w:r>
        <w:t>in corso di validità per l'anno 2026 avente un valore ISEE pari a € ___________________ (fino a un massimo di € 40.000,00);</w:t>
      </w:r>
    </w:p>
    <w:p w14:paraId="434E4704" w14:textId="77777777" w:rsidR="00D57C22" w:rsidRDefault="00000000" w:rsidP="004C43EC">
      <w:pPr>
        <w:pStyle w:val="Paragrafoelenco"/>
        <w:numPr>
          <w:ilvl w:val="0"/>
          <w:numId w:val="11"/>
        </w:numPr>
        <w:spacing w:after="120"/>
      </w:pPr>
      <w:r>
        <w:t>di essere genitore/tutore del minore:</w:t>
      </w:r>
      <w:r>
        <w:br/>
        <w:t>Cognome: ___________________________Nome:__________________________</w:t>
      </w:r>
      <w:r w:rsidR="00D57C22">
        <w:t xml:space="preserve"> </w:t>
      </w:r>
      <w:r>
        <w:br/>
        <w:t xml:space="preserve">Nato/a a: ______________________________ (____) il: ____/____/_______ </w:t>
      </w:r>
    </w:p>
    <w:p w14:paraId="1913FD75" w14:textId="4B1016FA" w:rsidR="00154F37" w:rsidRDefault="00000000" w:rsidP="00D57C22">
      <w:pPr>
        <w:pStyle w:val="Paragrafoelenco"/>
        <w:spacing w:after="120"/>
        <w:ind w:left="1008"/>
      </w:pPr>
      <w:r>
        <w:t>C.F. ________________________________</w:t>
      </w:r>
    </w:p>
    <w:p w14:paraId="2EEF38FD" w14:textId="764E5F9D" w:rsidR="00154F37" w:rsidRDefault="00000000" w:rsidP="004C43EC">
      <w:pPr>
        <w:pStyle w:val="Paragrafoelenco"/>
        <w:numPr>
          <w:ilvl w:val="0"/>
          <w:numId w:val="11"/>
        </w:numPr>
        <w:spacing w:after="120"/>
      </w:pPr>
      <w:r>
        <w:t>che il suddetto minore ha frequentato nell'Anno Scolastico 2025/2026 la seguente struttura (asilo nido o sezione primavera):</w:t>
      </w:r>
      <w:r>
        <w:br/>
        <w:t>Denominazione Struttura: _________________________________________________________________</w:t>
      </w:r>
      <w:r>
        <w:br/>
        <w:t>Sita nel Comune di: __________________________Via: ___________________________</w:t>
      </w:r>
      <w:r>
        <w:br/>
        <w:t>Tipologia servizio:   [  ] Asilo Nido     [  ] Sezione Primavera</w:t>
      </w:r>
    </w:p>
    <w:p w14:paraId="2A6A0054" w14:textId="37B70AB0" w:rsidR="00154F37" w:rsidRDefault="00000000" w:rsidP="004C43EC">
      <w:pPr>
        <w:pStyle w:val="Paragrafoelenco"/>
        <w:numPr>
          <w:ilvl w:val="0"/>
          <w:numId w:val="11"/>
        </w:numPr>
        <w:spacing w:after="120"/>
      </w:pPr>
      <w:r>
        <w:t>che il minore ha frequentato il servizio nell'A.S. 2025/2026 per un totale di n. ______ mesi (minimo 4 - massimo 11) nel periodo compreso tra settembre 2025 e luglio 2026;</w:t>
      </w:r>
    </w:p>
    <w:p w14:paraId="4535B2A4" w14:textId="77777777" w:rsidR="00154F37" w:rsidRDefault="00000000">
      <w:pPr>
        <w:spacing w:before="160"/>
        <w:jc w:val="center"/>
      </w:pPr>
      <w:r>
        <w:rPr>
          <w:b/>
        </w:rPr>
        <w:t>CHIEDE</w:t>
      </w:r>
    </w:p>
    <w:p w14:paraId="38131C23" w14:textId="77777777" w:rsidR="00154F37" w:rsidRDefault="00000000">
      <w:pPr>
        <w:jc w:val="both"/>
      </w:pPr>
      <w:r>
        <w:t>l'assegnazione del contributo economico diretto per l'abbattimento delle rette di frequenza per la prima infanzia anno 2026, riproporzionato sulla base dei mesi di effettiva frequenza dichiarati.</w:t>
      </w:r>
    </w:p>
    <w:p w14:paraId="502B4D65" w14:textId="77777777" w:rsidR="00154F37" w:rsidRDefault="00000000">
      <w:pPr>
        <w:spacing w:before="160"/>
      </w:pPr>
      <w:r>
        <w:rPr>
          <w:b/>
        </w:rPr>
        <w:t>MODALITÀ DI ACCREDITO DEL CONTRIBUTO (in caso di accoglimento):</w:t>
      </w:r>
    </w:p>
    <w:p w14:paraId="2844FE00" w14:textId="7551EE7B" w:rsidR="00154F37" w:rsidRDefault="00000000">
      <w:pPr>
        <w:ind w:left="288"/>
      </w:pPr>
      <w:r>
        <w:t>Il contributo dovrà essere erogato tramite bonifico bancario sul conto corrente intestato o cointestato al/la sottoscritto/a richiedente:</w:t>
      </w:r>
      <w:r>
        <w:br/>
        <w:t>IBAN:  __ __  __ __  __  __ __ __ __  __ __ __ __  __ __ __ __ __ __ __ __ __ __ __</w:t>
      </w:r>
      <w:r>
        <w:br/>
      </w:r>
    </w:p>
    <w:p w14:paraId="79D10576" w14:textId="77777777" w:rsidR="00154F37" w:rsidRDefault="00000000">
      <w:pPr>
        <w:spacing w:before="160"/>
      </w:pPr>
      <w:r>
        <w:rPr>
          <w:b/>
        </w:rPr>
        <w:lastRenderedPageBreak/>
        <w:t>SI ALLEGANO ALLA PRESENTE DOMANDA:</w:t>
      </w:r>
    </w:p>
    <w:p w14:paraId="62CB7A4C" w14:textId="77777777" w:rsidR="00154F37" w:rsidRDefault="00000000">
      <w:pPr>
        <w:ind w:left="288"/>
      </w:pPr>
      <w:r>
        <w:t>[  ] Copia del documento di identità in corso di validità del richiedente;</w:t>
      </w:r>
    </w:p>
    <w:p w14:paraId="616F4B2A" w14:textId="12367700" w:rsidR="00154F37" w:rsidRDefault="00000000" w:rsidP="00FF6520">
      <w:pPr>
        <w:ind w:left="288"/>
      </w:pPr>
      <w:r>
        <w:t>[  ] Copia dell'attestazione ISEE in corso di validità;</w:t>
      </w:r>
    </w:p>
    <w:p w14:paraId="05A38020" w14:textId="77777777" w:rsidR="00154F37" w:rsidRDefault="00000000">
      <w:pPr>
        <w:ind w:left="288"/>
      </w:pPr>
      <w:r>
        <w:t>[  ] Copia delle ricevute/quietanze di pagamento delle rette mensili relative ai mesi di frequenza dichiarati.</w:t>
      </w:r>
    </w:p>
    <w:p w14:paraId="6C76F462" w14:textId="77777777" w:rsidR="00154F37" w:rsidRDefault="00000000">
      <w:pPr>
        <w:spacing w:before="240"/>
        <w:jc w:val="both"/>
      </w:pPr>
      <w:r>
        <w:rPr>
          <w:i/>
          <w:sz w:val="18"/>
        </w:rPr>
        <w:t>Il/La sottoscritto/a dichiara di aver preso visione dell'informativa sul trattamento dei dati personali (GDPR UE 2016/679) contenuta nell'Avviso Pubblico.</w:t>
      </w:r>
    </w:p>
    <w:p w14:paraId="2A8A4C9D" w14:textId="77777777" w:rsidR="00154F37" w:rsidRDefault="00000000">
      <w:pPr>
        <w:spacing w:before="480"/>
      </w:pPr>
      <w:r>
        <w:t xml:space="preserve">Luogo e Data: ________________________                      </w:t>
      </w:r>
      <w:r>
        <w:rPr>
          <w:b/>
        </w:rPr>
        <w:t>Firma del Richiedente</w:t>
      </w:r>
      <w:r>
        <w:rPr>
          <w:b/>
        </w:rPr>
        <w:br/>
        <w:t xml:space="preserve">                                                                           _________________________________</w:t>
      </w:r>
    </w:p>
    <w:sectPr w:rsidR="00154F37" w:rsidSect="00034616">
      <w:pgSz w:w="11909" w:h="16834"/>
      <w:pgMar w:top="1138" w:right="1138" w:bottom="1138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3A7A00"/>
    <w:multiLevelType w:val="hybridMultilevel"/>
    <w:tmpl w:val="2B6C4872"/>
    <w:lvl w:ilvl="0" w:tplc="936AF062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55090F6F"/>
    <w:multiLevelType w:val="hybridMultilevel"/>
    <w:tmpl w:val="8A626160"/>
    <w:lvl w:ilvl="0" w:tplc="041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1297250372">
    <w:abstractNumId w:val="8"/>
  </w:num>
  <w:num w:numId="2" w16cid:durableId="1955400874">
    <w:abstractNumId w:val="6"/>
  </w:num>
  <w:num w:numId="3" w16cid:durableId="1131435349">
    <w:abstractNumId w:val="5"/>
  </w:num>
  <w:num w:numId="4" w16cid:durableId="550768023">
    <w:abstractNumId w:val="4"/>
  </w:num>
  <w:num w:numId="5" w16cid:durableId="1702314751">
    <w:abstractNumId w:val="7"/>
  </w:num>
  <w:num w:numId="6" w16cid:durableId="1065564508">
    <w:abstractNumId w:val="3"/>
  </w:num>
  <w:num w:numId="7" w16cid:durableId="1093862904">
    <w:abstractNumId w:val="2"/>
  </w:num>
  <w:num w:numId="8" w16cid:durableId="1279793565">
    <w:abstractNumId w:val="1"/>
  </w:num>
  <w:num w:numId="9" w16cid:durableId="1210536231">
    <w:abstractNumId w:val="0"/>
  </w:num>
  <w:num w:numId="10" w16cid:durableId="1929843207">
    <w:abstractNumId w:val="10"/>
  </w:num>
  <w:num w:numId="11" w16cid:durableId="9234920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4F37"/>
    <w:rsid w:val="0029639D"/>
    <w:rsid w:val="00326F90"/>
    <w:rsid w:val="004C43EC"/>
    <w:rsid w:val="00AA1D8D"/>
    <w:rsid w:val="00AB091E"/>
    <w:rsid w:val="00B47730"/>
    <w:rsid w:val="00CB0664"/>
    <w:rsid w:val="00D57C22"/>
    <w:rsid w:val="00FC693F"/>
    <w:rsid w:val="00FF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B628A8"/>
  <w14:defaultImageDpi w14:val="300"/>
  <w15:docId w15:val="{CBA6694A-FD67-4362-9A0B-65134A08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88" w:lineRule="auto"/>
    </w:pPr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rsid w:val="00FF6520"/>
    <w:pPr>
      <w:spacing w:before="280" w:after="142"/>
    </w:pPr>
    <w:rPr>
      <w:rFonts w:ascii="Times New Roman" w:eastAsia="SimSun" w:hAnsi="Times New Roman" w:cs="Times New Roman"/>
      <w:sz w:val="24"/>
      <w:szCs w:val="24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Gobbo</cp:lastModifiedBy>
  <cp:revision>2</cp:revision>
  <dcterms:created xsi:type="dcterms:W3CDTF">2013-12-23T23:15:00Z</dcterms:created>
  <dcterms:modified xsi:type="dcterms:W3CDTF">2026-06-23T10:46:00Z</dcterms:modified>
  <cp:category/>
</cp:coreProperties>
</file>